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0F172A"/>
          <w:sz w:val="44"/>
        </w:rPr>
        <w:t>YOUR FULL NAME</w:t>
      </w:r>
    </w:p>
    <w:p>
      <w:r>
        <w:rPr>
          <w:b w:val="0"/>
          <w:i w:val="0"/>
          <w:color w:val="1D4ED8"/>
          <w:sz w:val="24"/>
        </w:rPr>
        <w:t>Operations Coordinator</w:t>
      </w:r>
    </w:p>
    <w:p>
      <w:pPr>
        <w:spacing w:after="80"/>
      </w:pPr>
      <w:r>
        <w:rPr>
          <w:b w:val="0"/>
          <w:i w:val="0"/>
          <w:color w:val="475569"/>
          <w:sz w:val="19"/>
        </w:rPr>
        <w:t>City, Country  •  +00 300 0000000  •  your.name@email.com  •  linkedin.com/in/yourname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SUMMARY</w:t>
      </w:r>
    </w:p>
    <w:p>
      <w:r>
        <w:t>Operations coordinator with 5 years of experience in logistics, vendor management and process improvement for retail and e-commerce companies. Cut order processing time by 30% and managed a supplier base of 45 vendors. Skilled in SAP, Excel and Power BI. (Copy the job title and 2–3 key skills from the job ad into these lines.)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CORE COMPETENCIES</w:t>
      </w:r>
    </w:p>
    <w:p>
      <w:r>
        <w:rPr>
          <w:b/>
        </w:rPr>
        <w:t xml:space="preserve">Operations: </w:t>
      </w:r>
      <w:r>
        <w:t>Process improvement, inventory control, order fulfilment, vendor management, SOP writing</w:t>
      </w:r>
    </w:p>
    <w:p>
      <w:r>
        <w:rPr>
          <w:b/>
        </w:rPr>
        <w:t xml:space="preserve">Systems: </w:t>
      </w:r>
      <w:r>
        <w:t>SAP MM, Microsoft Excel (VLOOKUP, pivot tables), Power BI, Jira, Google Workspace</w:t>
      </w:r>
    </w:p>
    <w:p>
      <w:r>
        <w:rPr>
          <w:b/>
        </w:rPr>
        <w:t xml:space="preserve">Professional: </w:t>
      </w:r>
      <w:r>
        <w:t>Stakeholder communication, reporting, budgeting, team coordination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WORK EXPERIENCE</w:t>
      </w:r>
    </w:p>
    <w:p>
      <w:pPr>
        <w:tabs>
          <w:tab w:pos="9638" w:val="right"/>
        </w:tabs>
        <w:spacing w:before="80"/>
      </w:pPr>
      <w:r>
        <w:rPr>
          <w:b/>
        </w:rPr>
        <w:t>Operations Coordinator — Company Name, City</w:t>
      </w:r>
      <w:r>
        <w:rPr>
          <w:color w:val="475569"/>
          <w:sz w:val="20"/>
        </w:rPr>
        <w:tab/>
        <w:t>Jan 2022 – Present</w:t>
      </w:r>
    </w:p>
    <w:p>
      <w:pPr>
        <w:pStyle w:val="ListBullet"/>
        <w:spacing w:after="20"/>
      </w:pPr>
      <w:r>
        <w:t>Coordinate daily fulfilment of 1,200+ orders across two warehouses with a 99.2% on-time rate.</w:t>
      </w:r>
    </w:p>
    <w:p>
      <w:pPr>
        <w:pStyle w:val="ListBullet"/>
        <w:spacing w:after="20"/>
      </w:pPr>
      <w:r>
        <w:t>Reduced order processing time by 30% by redesigning the picking and packing workflow.</w:t>
      </w:r>
    </w:p>
    <w:p>
      <w:pPr>
        <w:pStyle w:val="ListBullet"/>
        <w:spacing w:after="20"/>
      </w:pPr>
      <w:r>
        <w:t>Manage 45 suppliers; renegotiated freight contracts and saved USD 60,000 a year.</w:t>
      </w:r>
    </w:p>
    <w:p>
      <w:pPr>
        <w:pStyle w:val="ListBullet"/>
        <w:spacing w:after="20"/>
      </w:pPr>
      <w:r>
        <w:t>Built a Power BI dashboard for stock levels that cut stock-outs by 22%.</w:t>
      </w:r>
    </w:p>
    <w:p>
      <w:pPr>
        <w:tabs>
          <w:tab w:pos="9638" w:val="right"/>
        </w:tabs>
        <w:spacing w:before="80"/>
      </w:pPr>
      <w:r>
        <w:rPr>
          <w:b/>
        </w:rPr>
        <w:t>Operations Assistant — Company Name, City</w:t>
      </w:r>
      <w:r>
        <w:rPr>
          <w:color w:val="475569"/>
          <w:sz w:val="20"/>
        </w:rPr>
        <w:tab/>
        <w:t>Jun 2019 – Dec 2021</w:t>
      </w:r>
    </w:p>
    <w:p>
      <w:pPr>
        <w:pStyle w:val="ListBullet"/>
        <w:spacing w:after="20"/>
      </w:pPr>
      <w:r>
        <w:t>Processed purchase orders in SAP and reconciled monthly inventory counts.</w:t>
      </w:r>
    </w:p>
    <w:p>
      <w:pPr>
        <w:pStyle w:val="ListBullet"/>
        <w:spacing w:after="20"/>
      </w:pPr>
      <w:r>
        <w:t>Wrote 12 standard operating procedures used to train new warehouse staff.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EDUCATION</w:t>
      </w:r>
    </w:p>
    <w:p>
      <w:pPr>
        <w:tabs>
          <w:tab w:pos="9638" w:val="right"/>
        </w:tabs>
        <w:spacing w:before="80"/>
      </w:pPr>
      <w:r>
        <w:rPr>
          <w:b/>
        </w:rPr>
        <w:t>BBA (Supply Chain Management) — University Name</w:t>
      </w:r>
      <w:r>
        <w:rPr>
          <w:color w:val="475569"/>
          <w:sz w:val="20"/>
        </w:rPr>
        <w:tab/>
        <w:t>2019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CERTIFICATIONS</w:t>
      </w:r>
    </w:p>
    <w:p>
      <w:pPr>
        <w:pStyle w:val="ListBullet"/>
        <w:spacing w:after="20"/>
      </w:pPr>
      <w:r>
        <w:t>Certified Supply Chain Professional (CSCP) — APICS, 2024</w:t>
      </w:r>
    </w:p>
    <w:p>
      <w:pPr>
        <w:pStyle w:val="ListBullet"/>
        <w:spacing w:after="20"/>
      </w:pPr>
      <w:r>
        <w:t>Lean Six Sigma Yellow Belt, 2023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SKILLS</w:t>
      </w:r>
    </w:p>
    <w:p>
      <w:r>
        <w:t>SAP  •  Advanced Excel  •  Power BI  •  Inventory management  •  Logistics  •  Vendor negotiation  •  Data analysis  •  English (fluent)</w:t>
      </w:r>
    </w:p>
    <w:sectPr w:rsidR="00FC693F" w:rsidRPr="0006063C" w:rsidSect="00034616">
      <w:pgSz w:w="11906" w:h="16838"/>
      <w:pgMar w:top="794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ATS-Friendly Resume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