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[HR/APT/2026/001]</w:t>
      </w:r>
    </w:p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[Employee Name]</w:t>
      </w:r>
    </w:p>
    <w:p>
      <w:r>
        <w:rPr>
          <w:b w:val="0"/>
          <w:i w:val="0"/>
        </w:rPr>
        <w:t>[Address, City]</w:t>
      </w:r>
    </w:p>
    <w:p>
      <w:pPr>
        <w:spacing w:after="200" w:before="280"/>
      </w:pPr>
      <w:r>
        <w:rPr>
          <w:b/>
          <w:i w:val="0"/>
        </w:rPr>
        <w:t>Subject: Letter of Appointment — [Job Title]</w:t>
      </w:r>
    </w:p>
    <w:p>
      <w:pPr>
        <w:spacing w:after="160" w:line="300" w:lineRule="auto"/>
      </w:pPr>
      <w:r>
        <w:rPr>
          <w:b w:val="0"/>
          <w:i w:val="0"/>
        </w:rPr>
        <w:t>Dear [Employee Name],</w:t>
      </w:r>
    </w:p>
    <w:p>
      <w:pPr>
        <w:spacing w:after="160" w:line="300" w:lineRule="auto"/>
      </w:pPr>
      <w:r>
        <w:rPr>
          <w:b w:val="0"/>
          <w:i w:val="0"/>
        </w:rPr>
        <w:t>With reference to your application and subsequent interview, we are pleased to appoint you as [Job Title] in the [Department] department of [Company Name] on the following terms and conditions:</w:t>
      </w:r>
    </w:p>
    <w:p>
      <w:pPr>
        <w:spacing w:after="160" w:line="300" w:lineRule="auto"/>
      </w:pPr>
      <w:r>
        <w:rPr>
          <w:b w:val="0"/>
          <w:i w:val="0"/>
        </w:rPr>
        <w:t>1. Date of joining: You will join on [Joining Date] at our [office location].</w:t>
      </w:r>
    </w:p>
    <w:p>
      <w:pPr>
        <w:spacing w:after="160" w:line="300" w:lineRule="auto"/>
      </w:pPr>
      <w:r>
        <w:rPr>
          <w:b w:val="0"/>
          <w:i w:val="0"/>
        </w:rPr>
        <w:t>2. Salary: Your gross salary will be [amount and currency] per month, made up of basic salary of [amount] and allowances of [amount], subject to applicable tax deductions.</w:t>
      </w:r>
    </w:p>
    <w:p>
      <w:pPr>
        <w:spacing w:after="160" w:line="300" w:lineRule="auto"/>
      </w:pPr>
      <w:r>
        <w:rPr>
          <w:b w:val="0"/>
          <w:i w:val="0"/>
        </w:rPr>
        <w:t>3. Probation: You will be on probation for [3/6] months. On satisfactory completion, your appointment will be confirmed in writing.</w:t>
      </w:r>
    </w:p>
    <w:p>
      <w:pPr>
        <w:spacing w:after="160" w:line="300" w:lineRule="auto"/>
      </w:pPr>
      <w:r>
        <w:rPr>
          <w:b w:val="0"/>
          <w:i w:val="0"/>
        </w:rPr>
        <w:t>4. Working hours: [9:00 am to 6:00 pm, Monday to Friday]. You may be asked to work additional hours when the work requires it.</w:t>
      </w:r>
    </w:p>
    <w:p>
      <w:pPr>
        <w:spacing w:after="160" w:line="300" w:lineRule="auto"/>
      </w:pPr>
      <w:r>
        <w:rPr>
          <w:b w:val="0"/>
          <w:i w:val="0"/>
        </w:rPr>
        <w:t>5. Leave: You are entitled to [x] days of annual leave, [x] days of casual leave and [x] days of sick leave per year, in line with company policy.</w:t>
      </w:r>
    </w:p>
    <w:p>
      <w:pPr>
        <w:spacing w:after="160" w:line="300" w:lineRule="auto"/>
      </w:pPr>
      <w:r>
        <w:rPr>
          <w:b w:val="0"/>
          <w:i w:val="0"/>
        </w:rPr>
        <w:t>6. Notice period: During probation either party may end this appointment with [1 week's] notice; after confirmation the notice period is [1 month] or salary in lieu of notice.</w:t>
      </w:r>
    </w:p>
    <w:p>
      <w:pPr>
        <w:spacing w:after="160" w:line="300" w:lineRule="auto"/>
      </w:pPr>
      <w:r>
        <w:rPr>
          <w:b w:val="0"/>
          <w:i w:val="0"/>
        </w:rPr>
        <w:t>7. Confidentiality: You will keep all company and client information confidential during and after your employment.</w:t>
      </w:r>
    </w:p>
    <w:p>
      <w:pPr>
        <w:spacing w:after="160" w:line="300" w:lineRule="auto"/>
      </w:pPr>
      <w:r>
        <w:rPr>
          <w:b w:val="0"/>
          <w:i w:val="0"/>
        </w:rPr>
        <w:t>8. Company policies: You will follow the company's rules and policies as amended from time to time.</w:t>
      </w:r>
    </w:p>
    <w:p>
      <w:pPr>
        <w:spacing w:after="160" w:line="300" w:lineRule="auto"/>
      </w:pPr>
      <w:r>
        <w:rPr>
          <w:b w:val="0"/>
          <w:i w:val="0"/>
        </w:rPr>
        <w:t>Please sign the acceptance below and return a copy to HR by [Date]. We welcome you to [Company Name] and wish you a rewarding career with us.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[Name]</w:t>
      </w:r>
    </w:p>
    <w:p>
      <w:r>
        <w:rPr>
          <w:b w:val="0"/>
          <w:i w:val="0"/>
        </w:rPr>
        <w:t>[Designation, e.g. Head of HR]</w:t>
      </w:r>
    </w:p>
    <w:p>
      <w:r>
        <w:rPr>
          <w:b w:val="0"/>
          <w:i w:val="0"/>
        </w:rPr>
        <w:t>[Company Name]</w:t>
      </w:r>
    </w:p>
    <w:p>
      <w:pPr>
        <w:spacing w:before="320"/>
      </w:pPr>
    </w:p>
    <w:p>
      <w:pPr>
        <w:pBdr>
          <w:bottom w:val="single" w:sz="8" w:space="2" w:color="1D4ED8"/>
        </w:pBdr>
      </w:pPr>
      <w:r>
        <w:rPr>
          <w:b/>
          <w:i w:val="0"/>
          <w:color w:val="1D4ED8"/>
          <w:sz w:val="20"/>
        </w:rPr>
        <w:t>ACCEPTANCE</w:t>
      </w:r>
    </w:p>
    <w:p>
      <w:pPr>
        <w:spacing w:before="80"/>
      </w:pPr>
      <w:r>
        <w:rPr>
          <w:b w:val="0"/>
          <w:i w:val="0"/>
        </w:rPr>
        <w:t>I have read and understood the terms of this appointment and accept them.</w:t>
      </w:r>
    </w:p>
    <w:p>
      <w:pPr>
        <w:spacing w:before="360"/>
      </w:pPr>
      <w:r>
        <w:rPr>
          <w:b w:val="0"/>
          <w:i w:val="0"/>
        </w:rPr>
        <w:t>Employee signature: ____________________     Name: ____________________     Date: ____________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