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 w:val="0"/>
          <w:i/>
          <w:color w:val="475569"/>
          <w:sz w:val="18"/>
        </w:rPr>
        <w:t>[Stamp paper of Rs. / INR / value as required — or plain paper if accepted]</w:t>
      </w:r>
    </w:p>
    <w:p>
      <w:pPr>
        <w:spacing w:after="40"/>
        <w:jc w:val="center"/>
      </w:pPr>
      <w:r>
        <w:rPr>
          <w:b/>
          <w:i w:val="0"/>
          <w:color w:val="1D4ED8"/>
          <w:sz w:val="36"/>
        </w:rPr>
        <w:t>AFFIDAVIT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[Purpose, e.g. Affidavit for Name Correction / Date of Birth / Lost Document]</w:t>
      </w:r>
    </w:p>
    <w:p>
      <w:pPr>
        <w:spacing w:after="200"/>
      </w:pPr>
      <w:r>
        <w:rPr>
          <w:b/>
          <w:i w:val="0"/>
        </w:rPr>
        <w:t>Before the [Oath Commissioner / Notary Public], [City]</w:t>
      </w:r>
    </w:p>
    <w:p>
      <w:pPr>
        <w:spacing w:after="200" w:line="312" w:lineRule="auto"/>
      </w:pPr>
      <w:r>
        <w:t xml:space="preserve">I, </w:t>
      </w:r>
      <w:r>
        <w:rPr>
          <w:b/>
        </w:rPr>
        <w:t>[Full Name]</w:t>
      </w:r>
      <w:r>
        <w:t>, [son / daughter / wife] of [Father's or Husband's Name], aged about [00] years, holding [CNIC / Aadhaar / Passport] No. [00000-0000000-0], resident of [full address], do hereby solemnly affirm and declare as under: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1.</w:t>
        <w:tab/>
        <w:t>That I am a citizen of [Country] and the above particulars about me are correct.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2.</w:t>
        <w:tab/>
        <w:t>That [state the main fact, e.g. my correct date of birth is DD/MM/YYYY, but it was wrongly written as DD/MM/YYYY in my school certificate No. 000000].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3.</w:t>
        <w:tab/>
        <w:t>That [add any supporting fact, e.g. my correct date of birth is shown in my birth certificate and CNIC, copies of which are attached].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4.</w:t>
        <w:tab/>
        <w:t>That this affidavit is made for the purpose of [e.g. correction of records at Office / Board Name] and for no other purpose.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5.</w:t>
        <w:tab/>
        <w:t>That I have not concealed any fact and the statements above are true to the best of my knowledge and belief.</w:t>
      </w:r>
    </w:p>
    <w:p>
      <w:pPr>
        <w:spacing w:after="0" w:before="520"/>
        <w:jc w:val="right"/>
      </w:pPr>
      <w:r>
        <w:rPr>
          <w:b/>
          <w:i w:val="0"/>
        </w:rPr>
        <w:t>DEPONENT</w:t>
      </w:r>
    </w:p>
    <w:p>
      <w:pPr>
        <w:jc w:val="right"/>
      </w:pPr>
      <w:r>
        <w:rPr>
          <w:b w:val="0"/>
          <w:i w:val="0"/>
          <w:color w:val="475569"/>
          <w:sz w:val="19"/>
        </w:rPr>
        <w:t>[Signature / thumb impression]</w:t>
      </w:r>
    </w:p>
    <w:p>
      <w:pPr>
        <w:spacing w:after="80" w:before="280"/>
      </w:pPr>
      <w:r>
        <w:rPr>
          <w:b/>
          <w:i w:val="0"/>
          <w:color w:val="1D4ED8"/>
        </w:rPr>
        <w:t>VERIFICATION</w:t>
      </w:r>
    </w:p>
    <w:p>
      <w:pPr>
        <w:spacing w:after="120" w:line="300" w:lineRule="auto"/>
      </w:pPr>
      <w:r>
        <w:rPr>
          <w:b w:val="0"/>
          <w:i w:val="0"/>
        </w:rPr>
        <w:t>Verified on oath at [City] on this [00] day of [Month, Year] that the contents of the above affidavit are true and correct to the best of my knowledge and belief, and nothing has been concealed therein.</w:t>
      </w:r>
    </w:p>
    <w:p>
      <w:pPr>
        <w:spacing w:before="440"/>
        <w:jc w:val="right"/>
      </w:pPr>
      <w:r>
        <w:rPr>
          <w:b/>
          <w:i w:val="0"/>
        </w:rPr>
        <w:t>DEPONENT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92"/>
        <w:gridCol w:w="4592"/>
      </w:tblGrid>
      <w:tr>
        <w:trPr>
          <w:cantSplit/>
        </w:trPr>
        <w:tc>
          <w:tcPr>
            <w:tcW w:type="dxa" w:w="4592"/>
          </w:tcPr>
          <w:p>
            <w:pPr>
              <w:spacing w:before="200"/>
            </w:pPr>
            <w:r/>
            <w:r>
              <w:rPr>
                <w:b/>
                <w:color w:val="1D4ED8"/>
                <w:sz w:val="18"/>
              </w:rPr>
              <w:t>IDENTIFIED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[Advocate / witness name]</w:t>
            </w:r>
          </w:p>
          <w:p>
            <w:r>
              <w:t>[CNIC / ID No.]</w:t>
            </w:r>
          </w:p>
        </w:tc>
        <w:tc>
          <w:tcPr>
            <w:tcW w:type="dxa" w:w="4592"/>
          </w:tcPr>
          <w:p>
            <w:pPr>
              <w:spacing w:before="200"/>
            </w:pPr>
            <w:r/>
            <w:r>
              <w:rPr>
                <w:b/>
                <w:color w:val="1D4ED8"/>
                <w:sz w:val="18"/>
              </w:rPr>
              <w:t>ATTESTED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[Oath Commissioner / Notary Public]</w:t>
            </w:r>
          </w:p>
          <w:p>
            <w:r>
              <w:t>[Seal and date]</w:t>
            </w:r>
          </w:p>
        </w:tc>
      </w:tr>
    </w:tbl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